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🪢 דף תרגול: איש תלוי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מושגי מפתח, איות. נושאים: 📚 לשון, 🌍 גלובליזציה – כפר עולמי, 🌾 חג הסיגד.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השלימו את האותיות החסרות: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ה״א הידיעה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4.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מושג ↔ הגדרה: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1–ב · 2–א · 3–ג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משפטים עם המושגים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שימוש נכון במושג בהקשר.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1–ב · 2–א · 3–ג · 4–ד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🪢 איש תלוי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השלימו את האותיות החסרות: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השלימו אותיות. כתבו את המילה.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🧺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שורש  ·  שם תואר  ·  שם עצם  ·  ה״א הידיעה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ש _ ר ש   (רמז: האותיות שנותנות למילה משמעות.)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ה _ א   ה _ ד _ ע ה   (רמז: ה בתחילת מילה מוכרת.)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ש _   _ צ מ   (רמז: שם של דבר, אדם או מקום.)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4. ש _   _ ו _ ר   (רמז: מילה שמתארת שם עצם.)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מושג ↔ הגדרה: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התאימו מושג ↔ הגדרה.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גלובליזציה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המרחקים בעולם נעשים קטנים.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כפר עולמי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העולם מחובר ותלוי זה בזה.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שרשרת אספקה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הדרך של מוצר מהשדה עד אליי.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משפטים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משפט עם מושג אחד.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⭐ בונוס – מושג ↔ הגדרה: 🌾 חג הסיגד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סיגד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מנהיג רוחני של הקהילה. 🧔🏾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קס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חג של קהילת יהודי אתיופיה. 🌾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אורית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ספר הקודש של הקהילה, בגעז. 📜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צום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ד. לא אוכלים ולא שותים לזמן מה. 🍽️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איש תלוי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איש תלוי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