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🪢 דף תרגול: איש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מושגי מפתח, איות. נושאים: 🌍 גלובליזציה – כפר עולמי, 🌾 חג הסיגד,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השלימו את האותיות החסרות: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מושג ↔ הגדרה: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2–א · 3–ב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משפטים עם המושגים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נכון במושג בהקשר.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2–א · 3–ג · 4–ד · 5–ב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🪢 איש תלוי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מפעל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factory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завод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مصنع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עובדים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workers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рабочие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عمّال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בד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fabric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ткань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قماش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אונייה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ship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корабль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سفينة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נמל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port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ميناء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מוזיקה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music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музыка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موسيقى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language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язык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لغة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מסורת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tradition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традиция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تقليد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השלימו את האותיות החסרות: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אותיות. כתבו את המילה.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ג _ ו _ ל _ ז _ י ה   (רמז: מדינות בעולם קשורות זו לזו.)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כ _ ר   ע _ ל _ י   (רמז: העולם קרוב, כמו כפר אחד.)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מ _ ו _ ה   (רמז: ארגז מתכת גדול לסחורה.)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נ _ ל   (רמז: מקום בחוף הים לאוניות.)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מ _ ע ל   (רמז: מקום שעושים בו מוצרים.)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מושג ↔ הגדרה: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חג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מקום גבוה מאוד בטבע.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מנהיג דתי של הקהילה.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יום מיוחד ושמח.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ספר קדוש בשפת געז.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משפטים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עם מושג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תבנית קבועה שבונים בה מילים.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מילה שמתארת שם עצם.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 בתחילת מילה, כשהדבר מוכר.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מילה לדבר, אדם,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שם תואר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אותיות שנותנות למילה את המשמעות.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איש תלוי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איש תלוי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