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🪢 דף תרגול: איש תלוי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מושגי מפתח, איות. נושאים: 🕎 כסליו–חנוכה, 📚 לשון, 🌍 גלובליזציה – כפר עולמי.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השלימו את האותיות החסרות: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פרסום הנס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פך השמן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6. התייוונות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מושג ↔ הגדרה: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1–ד · 2–א · 3–ה · 4–ג · 5–ב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משפטים עם המושגים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שימוש נכון במושג בהקשר.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1–ה · 2–א · 3–ד · 4–ב · 5–ג · 6–ו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🪢 איש תלוי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השלימו את האותיות החסרות: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בכל מושג חסרות אותיות. היעזרו בהגדרה וכתבו את המושג המלא.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ח _ ו _ ה   (רמז: חג של שמונה ימים לזכר חנוכת בית המקדש, לפי המסורת.)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ש _ ש   (רמז: הנר שמדליק את שאר הנרות ועומד בנפרד.)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פ _ ס _ מ   ה _ ס   (רמז: מנהג להציב את החנוכייה במקום שרואים מבחוץ.)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פ _   _ ש _ נ   (רמז: כד קטן של שמן טהור שלפי המסורת הספיק לשמונה ימים.)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5. מ _ ב _ מ   (רמז: משפחת החשמונאים והולכים אחריה, שלפי המסורת שמרו על זהותם.)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6. ה _ י _ ו _ נ _ ת   (רמז: אימוץ התרבות היוונית ונטישת מנהגי הבית.)   ← 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מושג ↔ הגדרה: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לכל מושג את ההגדרה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שורש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תבנית קבועה של תנועות ותוספות שהשורש „נוצק” לתוכה.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משקל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שש האותיות שיכולות לקבל דגש קל.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ה״א הידיעה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נקודה באותיות בגדכפ״ת שמשנה את ההגייה של ב, כ, פ.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דגש 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שלוש (בדרך כלל) אותיות שנושאות את המשמעות הבסיסית של המילה.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בגדכפ״ת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האות ה בתחילת מילה, שהופכת אותה למוכרת ומיודעת.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משפטים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שני משפטים, בכל אחד מושג מהדף.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⭐ בונוס – התאימו מושג ↔ הגדרה: 🌍 גלובליזציה – כפר עולמי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גלובליזציה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דימוי לעולם שבו המרחקים מתקצרים בזכות תחבורה ותקשורת.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כפר עולמי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חברה גדולה שפועלת ומייצרת בכמה מדינות.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שרשרת אספקה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העברת שלב בייצור לחברה או למדינה אחרת, לרוב כדי לחסוך בעלויות.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תאגיד רב-לאומי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רצף השלבים והגורמים שמעבירים מוצר מחומר הגלם ועד הצרכן.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מיקור חוץ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תהליך שבו מדינות, כלכלות ותרבויות נעשות קשורות ותלויות זו בזו.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יתרון יחסי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ו. היכולת של מדינה לייצר מוצר מסוים ביעילות רבה יותר מאחרות.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איש תלוי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איש תלוי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