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🐝 דף תרגול: פיצוחים – לוח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שליפה, אוצר מילים. נושאים: 🕎 כסליו–חנוכה, 📚 לשון, 🌍 גלובליזציה – כפר עולמי.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לוח האותיות: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5. 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לוח האותיות: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המציאו פיצוח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התשובה מתחילה באות ומתאימה להגדרה.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1–ד · 2–ג · 3–ב · 4–א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🐝 פיצוחים – לוח האותיות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לוח האותיות: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התשובה מתחילה באות. כתבו.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התשובות (בערבוב):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חנוכה  ·  פך  ·  סביבון  ·  אור  ·  שמש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[א]  מה נותן הנר? 💡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[ח]  חג שמונה הנרות 🕎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[ש]  הנר שמדליק את כולם 🕯️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4. [ס]  צעצוע שמסתובב 🌀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5. [פ]  „___ השמן” – הכד הקטן 🫙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לוח האותיות: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התשובות (בערבוב):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שורש  ·  תואר  ·  סמיכות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[ש]  האותיות שנותנות משמעות 🌱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[ס]  שתי מילים, מושג אחד 🔗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[ת]  „שם ___” – מתאר שם עצם 🎨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המציאו פיצוח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הגדרה אחת ואות.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האות: ___   ההגדרה: ______________________   התשובה: 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⭐ בונוס – מושג ↔ הגדרה: 🌍 גלובליזציה – כפר עולמי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ארגז מתכת אחיד להובלה.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הדרך של מוצר מהשדה עד אליי.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המרחקים בעולם נעשים קטנים.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מכולה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העולם מחובר ותלוי זה בזה.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פיצוחים – לוח האותיות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פיצוחים – לוח האותיות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