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🐝 דף תרגול: פיצוחים – לוח האותיות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 עולים חדשים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שליפה, אוצר מילים. נושאים: 📚 לשון, 🌍 גלובליזציה – כפר עולמי, 🌾 חג הסיגד. זמן משוער: 15–25 דק׳. מסלול עולים חדשים: עברית פשוטה, משפטים קצרים ומילון קטן בראש דף התלמיד/ה.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לוח האותיות: 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סמיכות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5.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6.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לוח האותיות: 🌍 גלובליזציה – כפר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מכולה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נמל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אונייה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קנתה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המציאו פיצוח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התשובה מתחילה באות ומתאימה להגדרה.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1–ה · 2–ב · 3–ג · 4–א · 5–ד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🐝 פיצוחים – לוח האותיות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מסלול: עולים חדשים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15803D"/>
          <w:sz w:val="23"/>
          <w:rtl/>
          <w:szCs w:val="23"/>
          <w:bCs/>
        </w:rPr>
        <w:t>📘 מילון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العربية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מכתב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letter (mail)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письмо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رسالة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כתובת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address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адрес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عنوان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מעטפה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envelope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конверт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مغلّف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דואר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post office / mail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почта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بريد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אולפן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Hebrew language school (ulpan)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ульпан (школа иврита)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أولبان (مدرسة لتعليم العبرية)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מאפייה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bakery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пекарня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مخبز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כתר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crown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корона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تاج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עיתון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newspaper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газета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جريدة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א׳ – לוח האותיות: 📚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התשובה מתחילה באות. כתבו.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[ש]  אותיות שנותנות למילה משמעות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[מ]  תבנית קבועה של מילים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3. [ס]  שתי מילים שהן מושג אחד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4. [ת]  „שם ___” – מילה שמתארת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5. [ע]  „שם ___” – מילה לדבר או לאדם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6. [ז]  „ספר” הוא ___, ו„ספרייה” היא נקבה   ← 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ב׳ – לוח האותיות: 🌍 גלובליזציה –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אותה משימה.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[מ]  ארגז מתכת גדול לסחורה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[נ]  מקום בחוף הים לאוניות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3. [א]  נוסעת בים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4. [ק]  מה יעל עשתה בחנות? היא ___ טלפון   ← 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ג׳ – המציאו פיצוח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הגדרה אחת ואות.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האות: ___   ההגדרה: ______________________   התשובה: 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האות: ___   ההגדרה: ______________________   התשובה: 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⭐ בונוס – מושג ↔ הגדרה: 🌾 חג הסיגד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מושג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הגדרה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חג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ספר קדוש בשפת געז.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הר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מקום גבוה מאוד בטבע.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קס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מנהיג דתי של הקהילה.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אורית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זמן בלי אוכל ובלי מים.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צום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ה. יום מיוחד ושמח.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פיצוחים – לוח האותיות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פיצוחים – לוח האותיות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