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🐝 דף תרגול: פיצוחים – לוח האותיות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 רגיל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שליפה, אוצר מילים. נושאים: 🌾 חג הסיגד, 🕎 כסליו–חנוכה, 📚 לשון. זמן משוער: 15–25 דק׳. מסלול רגיל.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לוח האותיות: 🌾 חג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אורית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דורות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5. השתחוות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6. 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7. טהרה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8.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לוח האותיות: 🕎 כסליו–חנוכה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בית המקדש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דמי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5. הנרות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המציאו פיצוח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התשובה מתחילה באות ומתאימה להגדרה.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1–ג · 2–ב · 3–א · 4–ה · 5–ד · 6–ו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🐝 פיצוחים – לוח האותיות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מסלול: רגיל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א׳ – לוח האותיות: 🌾 חג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כל תשובה מתחילה באות שבסוגריים. כתבו אותה על הקו.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[א]  כתבי הקודש של הקהילה בלשון עתיקה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[ב]  התחייבות הדדית שמחדשים בחג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3. [ג]  לשון הקודש העתיקה של יהודי אתיופיה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4. [ד]  הורים, ילדים, נכדים – כמה כאלה עברו בגעגוע?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5. [ה]  כריעה עד הארץ – פירוש המילה סיגד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6. [ח]  החודש העברי שבו חל הסיגד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7. [ט]  ניקיון רוחני לקראת התפילה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8. [י]  העיר שאליה כוונה התפילה   ← 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ב׳ – לוח האותיות: 🕎 כסליו–חנוכה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אותה משימה – בנושא אחר.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[א]  מה הנרות מוסיפים בחושך?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[ב]  המקום שנחנך מחדש לפי סיפור החג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3. [ג]  המילה השנייה בראשי התיבות של הסביבון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4. [ד]  כסף שנותנים לילדים בחג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5. [ה]  „___ הללו” – הפסקה שאחרי ההדלקה   ← 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ג׳ – המציאו פיצוח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שתי הגדרות משלכם לאותיות שלא הופיעו, וכתבו את התשובות.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האות: ___   ההגדרה: ______________________   התשובה: 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האות: ___   ההגדרה: ______________________   התשובה: 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⭐ בונוס – התאימו מושג ↔ הגדרה: 📚 לשון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מושג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הגדרה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שורש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האות ה בתחילת מילה, שהופכת אותה למוכרת ומיודעת.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משקל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תבנית קבועה של תנועות ותוספות שהשורש „נוצק” לתוכה.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ה״א הידיעה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שלוש (בדרך כלל) אותיות שנושאות את המשמעות הבסיסית של המילה.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דגש קל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ד. שש האותיות שיכולות לקבל דגש קל.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בגדכפ״ת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ה. נקודה באותיות בגדכפ״ת שמשנה את ההגייה של ב, כ, פ.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6. שם עצם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ו. מילה שמציינת אדם, חפץ, מקום או רעיון.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פיצוחים – לוח האותיות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דבר אחד חשוב שלמדתי היום: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אחת שעדיין נשארה 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פיצוחים – לוח האותיות –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